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3FEBA" w14:textId="77777777" w:rsidR="002D2618" w:rsidRDefault="00000000">
      <w:pPr>
        <w:pStyle w:val="Ttulo1"/>
        <w:jc w:val="center"/>
      </w:pPr>
      <w:r>
        <w:t>EXCLUSIVA CASA DE MONTAÑA EN VENTA</w:t>
      </w:r>
    </w:p>
    <w:p w14:paraId="154FF752" w14:textId="77777777" w:rsidR="002D2618" w:rsidRDefault="00000000">
      <w:pPr>
        <w:jc w:val="center"/>
      </w:pPr>
      <w:r>
        <w:rPr>
          <w:b/>
        </w:rPr>
        <w:t>San Rafael de Heredia | Calle Bosque de la Hoja</w:t>
      </w:r>
    </w:p>
    <w:p w14:paraId="37CFBEC9" w14:textId="77777777" w:rsidR="002D2618" w:rsidRDefault="00000000">
      <w:r>
        <w:t>Viva rodeado de naturaleza, privacidad y un clima fresco privilegiado en una de las zonas de montaña más exclusivas y cotizadas de Heredia.</w:t>
      </w:r>
      <w:r>
        <w:br/>
      </w:r>
      <w:r>
        <w:br/>
        <w:t>Esta espectacular propiedad combina elegancia, amplitud y sostenibilidad en un entorno natural único, ideal como residencia familiar, casa de descanso, retiro de bienestar o inversión de alto valor.</w:t>
      </w:r>
    </w:p>
    <w:p w14:paraId="37D6EF20" w14:textId="77777777" w:rsidR="002D2618" w:rsidRDefault="00000000">
      <w:pPr>
        <w:pStyle w:val="Ttulo2"/>
      </w:pPr>
      <w:r>
        <w:t>DETALLES DE LA PROPIEDAD</w:t>
      </w:r>
    </w:p>
    <w:p w14:paraId="4BA06AC0" w14:textId="77777777" w:rsidR="002D2618" w:rsidRDefault="00000000">
      <w:pPr>
        <w:pStyle w:val="Listaconvietas"/>
      </w:pPr>
      <w:r>
        <w:t>Terreno: 7.507 m² de amplias áreas verdes y privacidad total</w:t>
      </w:r>
    </w:p>
    <w:p w14:paraId="642C3691" w14:textId="77777777" w:rsidR="002D2618" w:rsidRDefault="00000000">
      <w:pPr>
        <w:pStyle w:val="Ttulo3"/>
      </w:pPr>
      <w:r>
        <w:t>Casa Principal – 311 m²</w:t>
      </w:r>
    </w:p>
    <w:p w14:paraId="0F364B52" w14:textId="77777777" w:rsidR="002D2618" w:rsidRDefault="00000000">
      <w:pPr>
        <w:pStyle w:val="Listaconvietas"/>
      </w:pPr>
      <w:r>
        <w:t>3 amplias habitaciones</w:t>
      </w:r>
    </w:p>
    <w:p w14:paraId="30F438D2" w14:textId="77777777" w:rsidR="002D2618" w:rsidRDefault="00000000">
      <w:pPr>
        <w:pStyle w:val="Listaconvietas"/>
      </w:pPr>
      <w:r>
        <w:t>2.5 baños</w:t>
      </w:r>
    </w:p>
    <w:p w14:paraId="24349453" w14:textId="77777777" w:rsidR="002D2618" w:rsidRDefault="00000000">
      <w:pPr>
        <w:pStyle w:val="Listaconvietas"/>
      </w:pPr>
      <w:r>
        <w:t>Cocina equipada con línea blanca incluida</w:t>
      </w:r>
    </w:p>
    <w:p w14:paraId="102B0B4C" w14:textId="77777777" w:rsidR="002D2618" w:rsidRDefault="00000000">
      <w:pPr>
        <w:pStyle w:val="Listaconvietas"/>
      </w:pPr>
      <w:r>
        <w:t>Muebles de madera y sobres de cuarzo</w:t>
      </w:r>
    </w:p>
    <w:p w14:paraId="5E5D1F99" w14:textId="77777777" w:rsidR="002D2618" w:rsidRDefault="00000000">
      <w:pPr>
        <w:pStyle w:val="Listaconvietas"/>
      </w:pPr>
      <w:r>
        <w:t>Sala y comedor integrados</w:t>
      </w:r>
    </w:p>
    <w:p w14:paraId="35922B3E" w14:textId="77777777" w:rsidR="002D2618" w:rsidRDefault="00000000">
      <w:pPr>
        <w:pStyle w:val="Listaconvietas"/>
      </w:pPr>
      <w:r>
        <w:t>Amplio balcón con impresionantes vistas a las montañas y naturaleza</w:t>
      </w:r>
    </w:p>
    <w:p w14:paraId="4391AA43" w14:textId="77777777" w:rsidR="002D2618" w:rsidRDefault="00000000">
      <w:pPr>
        <w:pStyle w:val="Listaconvietas"/>
      </w:pPr>
      <w:r>
        <w:t>Área de lavandería</w:t>
      </w:r>
    </w:p>
    <w:p w14:paraId="463DA3C8" w14:textId="77777777" w:rsidR="002D2618" w:rsidRDefault="00000000">
      <w:pPr>
        <w:pStyle w:val="Listaconvietas"/>
      </w:pPr>
      <w:r>
        <w:t>Bodega</w:t>
      </w:r>
    </w:p>
    <w:p w14:paraId="45C10885" w14:textId="77777777" w:rsidR="002D2618" w:rsidRDefault="00000000">
      <w:pPr>
        <w:pStyle w:val="Listaconvietas"/>
      </w:pPr>
      <w:r>
        <w:t>Garaje bajo techo para 3 vehículos</w:t>
      </w:r>
    </w:p>
    <w:p w14:paraId="1970C07E" w14:textId="77777777" w:rsidR="002D2618" w:rsidRDefault="00000000">
      <w:pPr>
        <w:pStyle w:val="Ttulo2"/>
      </w:pPr>
      <w:r>
        <w:t>Construcciones Adicionales</w:t>
      </w:r>
    </w:p>
    <w:p w14:paraId="15956403" w14:textId="77777777" w:rsidR="002D2618" w:rsidRDefault="00000000">
      <w:pPr>
        <w:pStyle w:val="Ttulo3"/>
      </w:pPr>
      <w:r>
        <w:t>Rancho BBQ / Área Social – 48 m²</w:t>
      </w:r>
    </w:p>
    <w:p w14:paraId="1F2A9072" w14:textId="77777777" w:rsidR="002D2618" w:rsidRDefault="00000000">
      <w:r>
        <w:t>Perfecto para reuniones familiares y disfrutar del espectacular clima de montaña.</w:t>
      </w:r>
    </w:p>
    <w:p w14:paraId="3EF43896" w14:textId="77777777" w:rsidR="002D2618" w:rsidRDefault="00000000">
      <w:pPr>
        <w:pStyle w:val="Ttulo3"/>
      </w:pPr>
      <w:r>
        <w:t>Casa tipo Cabaña – 70 m²</w:t>
      </w:r>
    </w:p>
    <w:p w14:paraId="3A2B9DCC" w14:textId="77777777" w:rsidR="002D2618" w:rsidRDefault="00000000">
      <w:pPr>
        <w:pStyle w:val="Listaconvietas"/>
      </w:pPr>
      <w:r>
        <w:t>Airbnb</w:t>
      </w:r>
    </w:p>
    <w:p w14:paraId="365163A4" w14:textId="77777777" w:rsidR="002D2618" w:rsidRDefault="00000000">
      <w:pPr>
        <w:pStyle w:val="Listaconvietas"/>
      </w:pPr>
      <w:r>
        <w:t>Casa de huéspedes</w:t>
      </w:r>
    </w:p>
    <w:p w14:paraId="6B685DD2" w14:textId="77777777" w:rsidR="002D2618" w:rsidRDefault="00000000">
      <w:pPr>
        <w:pStyle w:val="Listaconvietas"/>
      </w:pPr>
      <w:r>
        <w:t>Oficina privada</w:t>
      </w:r>
    </w:p>
    <w:p w14:paraId="1DE439ED" w14:textId="77777777" w:rsidR="002D2618" w:rsidRDefault="00000000">
      <w:pPr>
        <w:pStyle w:val="Listaconvietas"/>
      </w:pPr>
      <w:r>
        <w:t>Estudio o espacio independiente</w:t>
      </w:r>
    </w:p>
    <w:p w14:paraId="578EFDA8" w14:textId="77777777" w:rsidR="002D2618" w:rsidRDefault="00000000">
      <w:pPr>
        <w:pStyle w:val="Ttulo2"/>
      </w:pPr>
      <w:r>
        <w:t>Características Premium</w:t>
      </w:r>
    </w:p>
    <w:p w14:paraId="23A5F797" w14:textId="77777777" w:rsidR="002D2618" w:rsidRDefault="00000000">
      <w:pPr>
        <w:pStyle w:val="Listaconvietas"/>
      </w:pPr>
      <w:r>
        <w:t>Amplias zonas verdes</w:t>
      </w:r>
    </w:p>
    <w:p w14:paraId="3118225D" w14:textId="77777777" w:rsidR="002D2618" w:rsidRDefault="00000000">
      <w:pPr>
        <w:pStyle w:val="Listaconvietas"/>
      </w:pPr>
      <w:r>
        <w:t>Tapia perimetral para mayor privacidad y seguridad</w:t>
      </w:r>
    </w:p>
    <w:p w14:paraId="05EB20B5" w14:textId="77777777" w:rsidR="002D2618" w:rsidRDefault="00000000">
      <w:pPr>
        <w:pStyle w:val="Listaconvietas"/>
      </w:pPr>
      <w:r>
        <w:t>Dos accesos independientes a la propiedad</w:t>
      </w:r>
    </w:p>
    <w:p w14:paraId="285267D8" w14:textId="77777777" w:rsidR="002D2618" w:rsidRDefault="00000000">
      <w:pPr>
        <w:pStyle w:val="Listaconvietas"/>
      </w:pPr>
      <w:r>
        <w:t>Paneles solares para eficiencia energética</w:t>
      </w:r>
    </w:p>
    <w:p w14:paraId="7C6683C2" w14:textId="77777777" w:rsidR="002D2618" w:rsidRDefault="00000000">
      <w:pPr>
        <w:pStyle w:val="Listaconvietas"/>
      </w:pPr>
      <w:r>
        <w:t>Tanques de reserva de agua</w:t>
      </w:r>
    </w:p>
    <w:p w14:paraId="03D9B5D2" w14:textId="77777777" w:rsidR="002D2618" w:rsidRDefault="00000000">
      <w:pPr>
        <w:pStyle w:val="Listaconvietas"/>
      </w:pPr>
      <w:r>
        <w:t>Sistemas de seguridad instalados</w:t>
      </w:r>
    </w:p>
    <w:p w14:paraId="5220F502" w14:textId="77777777" w:rsidR="002D2618" w:rsidRDefault="00000000">
      <w:pPr>
        <w:pStyle w:val="Listaconvietas"/>
      </w:pPr>
      <w:r>
        <w:lastRenderedPageBreak/>
        <w:t>Entorno natural, tranquilo y exclusivo</w:t>
      </w:r>
    </w:p>
    <w:p w14:paraId="55641EA6" w14:textId="77777777" w:rsidR="002D2618" w:rsidRDefault="00000000">
      <w:pPr>
        <w:pStyle w:val="Ttulo2"/>
      </w:pPr>
      <w:r>
        <w:t>Ubicación Privilegiada</w:t>
      </w:r>
    </w:p>
    <w:p w14:paraId="7CF8A6BC" w14:textId="77777777" w:rsidR="002D2618" w:rsidRDefault="00000000">
      <w:r>
        <w:t>Ubicada sobre la reconocida Calle Bosque de la Hoja, en San Rafael de Heredia, una de las zonas de montaña más deseadas de Costa Rica.</w:t>
      </w:r>
    </w:p>
    <w:p w14:paraId="6A2171BB" w14:textId="77777777" w:rsidR="002D2618" w:rsidRDefault="00000000">
      <w:pPr>
        <w:pStyle w:val="Listaconvietas"/>
      </w:pPr>
      <w:r>
        <w:t>Naturaleza</w:t>
      </w:r>
    </w:p>
    <w:p w14:paraId="20150175" w14:textId="77777777" w:rsidR="002D2618" w:rsidRDefault="00000000">
      <w:pPr>
        <w:pStyle w:val="Listaconvietas"/>
      </w:pPr>
      <w:r>
        <w:t>Clima fresco</w:t>
      </w:r>
    </w:p>
    <w:p w14:paraId="60E595E8" w14:textId="77777777" w:rsidR="002D2618" w:rsidRDefault="00000000">
      <w:pPr>
        <w:pStyle w:val="Listaconvietas"/>
      </w:pPr>
      <w:r>
        <w:t>Privacidad</w:t>
      </w:r>
    </w:p>
    <w:p w14:paraId="62B4CC28" w14:textId="77777777" w:rsidR="002D2618" w:rsidRDefault="00000000">
      <w:pPr>
        <w:pStyle w:val="Listaconvietas"/>
      </w:pPr>
      <w:r>
        <w:t>Fácil acceso a Heredia, San José y al Aeropuerto Internacional</w:t>
      </w:r>
    </w:p>
    <w:p w14:paraId="4D09036E" w14:textId="77777777" w:rsidR="002D2618" w:rsidRDefault="00000000">
      <w:pPr>
        <w:pStyle w:val="Ttulo2"/>
      </w:pPr>
      <w:r>
        <w:t>Una propiedad verdaderamente única</w:t>
      </w:r>
    </w:p>
    <w:p w14:paraId="6DD57830" w14:textId="77777777" w:rsidR="002D2618" w:rsidRDefault="00000000">
      <w:r>
        <w:t>Ideal para quienes buscan calidad de vida, tranquilidad y una inversión inmobiliaria exclusiva en un entorno natural incomparable.</w:t>
      </w:r>
    </w:p>
    <w:p w14:paraId="1B0CAF7C" w14:textId="77777777" w:rsidR="00E46504" w:rsidRDefault="00000000">
      <w:pPr>
        <w:rPr>
          <w:b/>
        </w:rPr>
      </w:pPr>
      <w:r>
        <w:rPr>
          <w:b/>
        </w:rPr>
        <w:t xml:space="preserve">Visitas únicamente con cita previa para </w:t>
      </w:r>
      <w:proofErr w:type="spellStart"/>
      <w:r>
        <w:rPr>
          <w:b/>
        </w:rPr>
        <w:t>clientes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previamente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calificados</w:t>
      </w:r>
      <w:proofErr w:type="spellEnd"/>
      <w:r>
        <w:rPr>
          <w:b/>
        </w:rPr>
        <w:t>.</w:t>
      </w:r>
    </w:p>
    <w:p w14:paraId="25293560" w14:textId="77777777" w:rsidR="00E46504" w:rsidRDefault="00E46504">
      <w:pPr>
        <w:rPr>
          <w:b/>
        </w:rPr>
      </w:pPr>
      <w:r>
        <w:rPr>
          <w:b/>
        </w:rPr>
        <w:t xml:space="preserve">Contacto:  </w:t>
      </w:r>
    </w:p>
    <w:p w14:paraId="65C81644" w14:textId="77777777" w:rsidR="00E46504" w:rsidRDefault="00E46504">
      <w:pPr>
        <w:rPr>
          <w:b/>
        </w:rPr>
      </w:pPr>
      <w:r>
        <w:rPr>
          <w:b/>
        </w:rPr>
        <w:t>Jacqueline Cedeno</w:t>
      </w:r>
    </w:p>
    <w:p w14:paraId="59CDE79E" w14:textId="77777777" w:rsidR="00E46504" w:rsidRDefault="00E46504">
      <w:pPr>
        <w:rPr>
          <w:b/>
        </w:rPr>
      </w:pPr>
      <w:proofErr w:type="spellStart"/>
      <w:r>
        <w:rPr>
          <w:b/>
        </w:rPr>
        <w:t>Asesora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Profesional</w:t>
      </w:r>
      <w:proofErr w:type="spellEnd"/>
      <w:r>
        <w:rPr>
          <w:b/>
        </w:rPr>
        <w:t xml:space="preserve"> en Bienes Raices</w:t>
      </w:r>
    </w:p>
    <w:p w14:paraId="3170B27D" w14:textId="42226B49" w:rsidR="002D2618" w:rsidRDefault="00E46504">
      <w:r>
        <w:rPr>
          <w:b/>
        </w:rPr>
        <w:t>Movil:   +506 8520 7837</w:t>
      </w:r>
      <w:r w:rsidR="00000000">
        <w:rPr>
          <w:b/>
        </w:rPr>
        <w:br/>
      </w:r>
      <w:r w:rsidR="00000000">
        <w:rPr>
          <w:b/>
        </w:rPr>
        <w:br/>
        <w:t xml:space="preserve">INFINITY </w:t>
      </w:r>
      <w:proofErr w:type="spellStart"/>
      <w:r w:rsidR="00000000">
        <w:rPr>
          <w:b/>
        </w:rPr>
        <w:t>Asesores</w:t>
      </w:r>
      <w:proofErr w:type="spellEnd"/>
      <w:r w:rsidR="00000000">
        <w:rPr>
          <w:b/>
        </w:rPr>
        <w:t xml:space="preserve"> </w:t>
      </w:r>
      <w:proofErr w:type="spellStart"/>
      <w:r w:rsidR="00000000">
        <w:rPr>
          <w:b/>
        </w:rPr>
        <w:t>Inmobiliarios</w:t>
      </w:r>
      <w:proofErr w:type="spellEnd"/>
      <w:r w:rsidR="00000000">
        <w:rPr>
          <w:b/>
        </w:rPr>
        <w:t xml:space="preserve"> de Costa Rica</w:t>
      </w:r>
    </w:p>
    <w:sectPr w:rsidR="002D261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1910245">
    <w:abstractNumId w:val="8"/>
  </w:num>
  <w:num w:numId="2" w16cid:durableId="966814437">
    <w:abstractNumId w:val="6"/>
  </w:num>
  <w:num w:numId="3" w16cid:durableId="848715443">
    <w:abstractNumId w:val="5"/>
  </w:num>
  <w:num w:numId="4" w16cid:durableId="1198274084">
    <w:abstractNumId w:val="4"/>
  </w:num>
  <w:num w:numId="5" w16cid:durableId="464278935">
    <w:abstractNumId w:val="7"/>
  </w:num>
  <w:num w:numId="6" w16cid:durableId="1459494267">
    <w:abstractNumId w:val="3"/>
  </w:num>
  <w:num w:numId="7" w16cid:durableId="1133018101">
    <w:abstractNumId w:val="2"/>
  </w:num>
  <w:num w:numId="8" w16cid:durableId="1839924296">
    <w:abstractNumId w:val="1"/>
  </w:num>
  <w:num w:numId="9" w16cid:durableId="1636443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D2618"/>
    <w:rsid w:val="00326F90"/>
    <w:rsid w:val="0052576E"/>
    <w:rsid w:val="00AA1D8D"/>
    <w:rsid w:val="00B47730"/>
    <w:rsid w:val="00CB0664"/>
    <w:rsid w:val="00E4650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7E950D"/>
  <w14:defaultImageDpi w14:val="300"/>
  <w15:docId w15:val="{EC387A11-677B-478F-AD1A-ED056764C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Jacqueline Cedeño</cp:lastModifiedBy>
  <cp:revision>2</cp:revision>
  <dcterms:created xsi:type="dcterms:W3CDTF">2026-05-12T02:38:00Z</dcterms:created>
  <dcterms:modified xsi:type="dcterms:W3CDTF">2026-05-12T02:38:00Z</dcterms:modified>
  <cp:category/>
</cp:coreProperties>
</file>